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0" cy="9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09898E-0096-44CF-90FA-0CD73ED93DB2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0" cy="96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FF2B69-D485-432B-83EC-D422AFA3805F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0" cy="96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95CB472-BAB4-4883-9969-BF944AD2CCB7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0" cy="96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712F31-DC58-4823-A43E-9E4E5CB35752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6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283" w:right="283" w:bottom="283" w:left="2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